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Programming Fundamentals Notes</w:t>
      </w:r>
    </w:p>
    <w:p>
      <w:r>
        <w:t>Based on the uploaded PDF. This document combines Parts 1–4 discussed in the conversation.</w:t>
        <w:br/>
      </w:r>
    </w:p>
    <w:p>
      <w:pPr>
        <w:pStyle w:val="Heading1"/>
      </w:pPr>
      <w:r>
        <w:t>Part 1 – Introduction, Algorithm &amp; Flowchart</w:t>
      </w:r>
    </w:p>
    <w:p>
      <w:pPr>
        <w:pStyle w:val="Heading2"/>
      </w:pPr>
      <w:r>
        <w:t>Introduction to Programming</w:t>
      </w:r>
    </w:p>
    <w:p>
      <w:r>
        <w:rPr>
          <w:sz w:val="22"/>
        </w:rPr>
        <w:t>Programming is the process of writing instructions for a computer to perform a specific task.</w:t>
      </w:r>
    </w:p>
    <w:p>
      <w:r>
        <w:rPr>
          <w:sz w:val="22"/>
        </w:rPr>
        <w:t>Programming वह प्रक्रिया है जिसमें कंप्यूटर को किसी विशेष कार्य के लिए निर्देश दिए जाते हैं।</w:t>
      </w:r>
    </w:p>
    <w:p>
      <w:pPr>
        <w:pStyle w:val="Heading2"/>
      </w:pPr>
      <w:r>
        <w:t>Algorithm</w:t>
      </w:r>
    </w:p>
    <w:p>
      <w:r>
        <w:rPr>
          <w:sz w:val="22"/>
        </w:rPr>
        <w:t>An algorithm is a step-by-step procedure to solve a problem.</w:t>
      </w:r>
    </w:p>
    <w:p>
      <w:r>
        <w:rPr>
          <w:sz w:val="22"/>
        </w:rPr>
        <w:t>Algorithm किसी समस्या को हल करने की चरणबद्ध प्रक्रिया है।</w:t>
      </w:r>
    </w:p>
    <w:p>
      <w:pPr>
        <w:pStyle w:val="Heading2"/>
      </w:pPr>
      <w:r>
        <w:t>Algorithm Characteristics</w:t>
      </w:r>
    </w:p>
    <w:p>
      <w:r>
        <w:rPr>
          <w:sz w:val="22"/>
        </w:rPr>
        <w:t>• Finiteness</w:t>
      </w:r>
    </w:p>
    <w:p>
      <w:r>
        <w:rPr>
          <w:sz w:val="22"/>
        </w:rPr>
        <w:t>• Definiteness</w:t>
      </w:r>
    </w:p>
    <w:p>
      <w:r>
        <w:rPr>
          <w:sz w:val="22"/>
        </w:rPr>
        <w:t>• Input</w:t>
      </w:r>
    </w:p>
    <w:p>
      <w:r>
        <w:rPr>
          <w:sz w:val="22"/>
        </w:rPr>
        <w:t>• Output</w:t>
      </w:r>
    </w:p>
    <w:p>
      <w:r>
        <w:rPr>
          <w:sz w:val="22"/>
        </w:rPr>
        <w:t>• Effectiveness</w:t>
      </w:r>
    </w:p>
    <w:p>
      <w:pPr>
        <w:pStyle w:val="Heading2"/>
      </w:pPr>
      <w:r>
        <w:t>Flowchart</w:t>
      </w:r>
    </w:p>
    <w:p>
      <w:r>
        <w:rPr>
          <w:sz w:val="22"/>
        </w:rPr>
        <w:t>A flowchart is a graphical representation of an algorithm.</w:t>
      </w:r>
    </w:p>
    <w:p>
      <w:r>
        <w:rPr>
          <w:sz w:val="22"/>
        </w:rPr>
        <w:t>Flowchart किसी Algorithm का चित्रात्मक रूप है.</w:t>
      </w:r>
    </w:p>
    <w:p>
      <w:pPr>
        <w:pStyle w:val="Heading2"/>
      </w:pPr>
      <w:r>
        <w:t>Flowchart Symbols</w:t>
      </w:r>
    </w:p>
    <w:p>
      <w:r>
        <w:rPr>
          <w:sz w:val="22"/>
        </w:rPr>
        <w:t>Oval–Start/Stop, Rectangle–Process, Parallelogram–Input/Output, Diamond–Decision, Arrow–Flow Line, Circle–Connector</w:t>
      </w:r>
    </w:p>
    <w:p>
      <w:pPr>
        <w:pStyle w:val="Heading2"/>
      </w:pPr>
      <w:r>
        <w:t>Important Questions</w:t>
      </w:r>
    </w:p>
    <w:p>
      <w:r>
        <w:rPr>
          <w:sz w:val="22"/>
        </w:rPr>
        <w:t>1. What is Programming?</w:t>
      </w:r>
    </w:p>
    <w:p>
      <w:r>
        <w:rPr>
          <w:sz w:val="22"/>
        </w:rPr>
        <w:t>2. Define Algorithm.</w:t>
      </w:r>
    </w:p>
    <w:p>
      <w:r>
        <w:rPr>
          <w:sz w:val="22"/>
        </w:rPr>
        <w:t>3. Explain Flowchart with symbols.</w:t>
      </w:r>
    </w:p>
    <w:p>
      <w:pPr>
        <w:pStyle w:val="Heading1"/>
      </w:pPr>
      <w:r>
        <w:t>Part 2 – Programming Languages</w:t>
      </w:r>
    </w:p>
    <w:p>
      <w:pPr>
        <w:pStyle w:val="Heading2"/>
      </w:pPr>
      <w:r>
        <w:t>Programming Language</w:t>
      </w:r>
    </w:p>
    <w:p>
      <w:r>
        <w:rPr>
          <w:sz w:val="22"/>
        </w:rPr>
        <w:t>A programming language is used to write programs for computers.</w:t>
      </w:r>
    </w:p>
    <w:p>
      <w:r>
        <w:rPr>
          <w:sz w:val="22"/>
        </w:rPr>
        <w:t>Programming Language कंप्यूटर के लिए प्रोग्राम लिखने की भाषा है।</w:t>
      </w:r>
    </w:p>
    <w:p>
      <w:pPr>
        <w:pStyle w:val="Heading2"/>
      </w:pPr>
      <w:r>
        <w:t>Machine Language</w:t>
      </w:r>
    </w:p>
    <w:p>
      <w:r>
        <w:rPr>
          <w:sz w:val="22"/>
        </w:rPr>
        <w:t>Uses only 0 and 1.</w:t>
      </w:r>
    </w:p>
    <w:p>
      <w:r>
        <w:rPr>
          <w:sz w:val="22"/>
        </w:rPr>
        <w:t>केवल 0 और 1 का उपयोग करती है।</w:t>
      </w:r>
    </w:p>
    <w:p>
      <w:pPr>
        <w:pStyle w:val="Heading2"/>
      </w:pPr>
      <w:r>
        <w:t>Assembly Language</w:t>
      </w:r>
    </w:p>
    <w:p>
      <w:r>
        <w:rPr>
          <w:sz w:val="22"/>
        </w:rPr>
        <w:t>Uses mnemonic codes.</w:t>
      </w:r>
    </w:p>
    <w:p>
      <w:r>
        <w:rPr>
          <w:sz w:val="22"/>
        </w:rPr>
        <w:t>Mnemonic codes का उपयोग करती है।</w:t>
      </w:r>
    </w:p>
    <w:p>
      <w:pPr>
        <w:pStyle w:val="Heading2"/>
      </w:pPr>
      <w:r>
        <w:t>High Level Language</w:t>
      </w:r>
    </w:p>
    <w:p>
      <w:r>
        <w:rPr>
          <w:sz w:val="22"/>
        </w:rPr>
        <w:t>Human-readable language.</w:t>
      </w:r>
    </w:p>
    <w:p>
      <w:r>
        <w:rPr>
          <w:sz w:val="22"/>
        </w:rPr>
        <w:t>मनुष्य द्वारा आसानी से पढ़ी जाने वाली भाषा।</w:t>
      </w:r>
    </w:p>
    <w:p>
      <w:pPr>
        <w:pStyle w:val="Heading2"/>
      </w:pPr>
      <w:r>
        <w:t>Compiler</w:t>
      </w:r>
    </w:p>
    <w:p>
      <w:r>
        <w:rPr>
          <w:sz w:val="22"/>
        </w:rPr>
        <w:t>Translates whole program at once.</w:t>
      </w:r>
    </w:p>
    <w:p>
      <w:r>
        <w:rPr>
          <w:sz w:val="22"/>
        </w:rPr>
        <w:t>पूरे प्रोग्राम को एक साथ translate करता है।</w:t>
      </w:r>
    </w:p>
    <w:p>
      <w:pPr>
        <w:pStyle w:val="Heading2"/>
      </w:pPr>
      <w:r>
        <w:t>Interpreter</w:t>
      </w:r>
    </w:p>
    <w:p>
      <w:r>
        <w:rPr>
          <w:sz w:val="22"/>
        </w:rPr>
        <w:t>Translates line by line.</w:t>
      </w:r>
    </w:p>
    <w:p>
      <w:r>
        <w:rPr>
          <w:sz w:val="22"/>
        </w:rPr>
        <w:t>एक-एक line translate करता है।</w:t>
      </w:r>
    </w:p>
    <w:p>
      <w:pPr>
        <w:pStyle w:val="Heading2"/>
      </w:pPr>
      <w:r>
        <w:t>Linker</w:t>
      </w:r>
    </w:p>
    <w:p>
      <w:r>
        <w:rPr>
          <w:sz w:val="22"/>
        </w:rPr>
        <w:t>Combines object files.</w:t>
      </w:r>
    </w:p>
    <w:p>
      <w:r>
        <w:rPr>
          <w:sz w:val="22"/>
        </w:rPr>
        <w:t>Object files को जोड़ता है।</w:t>
      </w:r>
    </w:p>
    <w:p>
      <w:pPr>
        <w:pStyle w:val="Heading2"/>
      </w:pPr>
      <w:r>
        <w:t>Loader</w:t>
      </w:r>
    </w:p>
    <w:p>
      <w:r>
        <w:rPr>
          <w:sz w:val="22"/>
        </w:rPr>
        <w:t>Loads executable into memory.</w:t>
      </w:r>
    </w:p>
    <w:p>
      <w:r>
        <w:rPr>
          <w:sz w:val="22"/>
        </w:rPr>
        <w:t>Executable को memory में load करता है।</w:t>
      </w:r>
    </w:p>
    <w:p>
      <w:pPr>
        <w:pStyle w:val="Heading2"/>
      </w:pPr>
      <w:r>
        <w:t>Important Questions</w:t>
      </w:r>
    </w:p>
    <w:p>
      <w:r>
        <w:rPr>
          <w:sz w:val="22"/>
        </w:rPr>
        <w:t>1. Types of programming language.</w:t>
      </w:r>
    </w:p>
    <w:p>
      <w:r>
        <w:rPr>
          <w:sz w:val="22"/>
        </w:rPr>
        <w:t>2. Compiler vs Interpreter.</w:t>
      </w:r>
    </w:p>
    <w:p>
      <w:r>
        <w:rPr>
          <w:sz w:val="22"/>
        </w:rPr>
        <w:t>3. Linker and Loader.</w:t>
      </w:r>
    </w:p>
    <w:p>
      <w:pPr>
        <w:pStyle w:val="Heading1"/>
      </w:pPr>
      <w:r>
        <w:t>Part 3 – Testing &amp; Debugging</w:t>
      </w:r>
    </w:p>
    <w:p>
      <w:pPr>
        <w:pStyle w:val="Heading2"/>
      </w:pPr>
      <w:r>
        <w:t>Testing</w:t>
      </w:r>
    </w:p>
    <w:p>
      <w:r>
        <w:rPr>
          <w:sz w:val="22"/>
        </w:rPr>
        <w:t>Testing checks whether software works correctly.</w:t>
      </w:r>
    </w:p>
    <w:p>
      <w:r>
        <w:rPr>
          <w:sz w:val="22"/>
        </w:rPr>
        <w:t>Testing जाँचती है कि Software सही कार्य कर रहा है या नहीं।</w:t>
      </w:r>
    </w:p>
    <w:p>
      <w:pPr>
        <w:pStyle w:val="Heading2"/>
      </w:pPr>
      <w:r>
        <w:t>Types</w:t>
      </w:r>
    </w:p>
    <w:p>
      <w:r>
        <w:rPr>
          <w:sz w:val="22"/>
        </w:rPr>
        <w:t>Functional, Performance, Stress, Integration.</w:t>
      </w:r>
    </w:p>
    <w:p>
      <w:pPr>
        <w:pStyle w:val="Heading2"/>
      </w:pPr>
      <w:r>
        <w:t>Debugging</w:t>
      </w:r>
    </w:p>
    <w:p>
      <w:r>
        <w:rPr>
          <w:sz w:val="22"/>
        </w:rPr>
        <w:t>Debugging removes errors from a program.</w:t>
      </w:r>
    </w:p>
    <w:p>
      <w:r>
        <w:rPr>
          <w:sz w:val="22"/>
        </w:rPr>
        <w:t>Debugging Program की errors हटाने की प्रक्रिया है।</w:t>
      </w:r>
    </w:p>
    <w:p>
      <w:pPr>
        <w:pStyle w:val="Heading2"/>
      </w:pPr>
      <w:r>
        <w:t>Errors</w:t>
      </w:r>
    </w:p>
    <w:p>
      <w:r>
        <w:rPr>
          <w:sz w:val="22"/>
        </w:rPr>
        <w:t>Syntax Error, Runtime Error, Logical Error, Semantic Error.</w:t>
      </w:r>
    </w:p>
    <w:p>
      <w:pPr>
        <w:pStyle w:val="Heading2"/>
      </w:pPr>
      <w:r>
        <w:t>Important Questions</w:t>
      </w:r>
    </w:p>
    <w:p>
      <w:r>
        <w:rPr>
          <w:sz w:val="22"/>
        </w:rPr>
        <w:t>1. What is Testing?</w:t>
      </w:r>
    </w:p>
    <w:p>
      <w:r>
        <w:rPr>
          <w:sz w:val="22"/>
        </w:rPr>
        <w:t>2. Types of Errors.</w:t>
      </w:r>
    </w:p>
    <w:p>
      <w:r>
        <w:rPr>
          <w:sz w:val="22"/>
        </w:rPr>
        <w:t>3. Testing vs Debugging.</w:t>
      </w:r>
    </w:p>
    <w:p>
      <w:pPr>
        <w:pStyle w:val="Heading1"/>
      </w:pPr>
      <w:r>
        <w:t>Part 4 – Documentation</w:t>
      </w:r>
    </w:p>
    <w:p>
      <w:pPr>
        <w:pStyle w:val="Heading2"/>
      </w:pPr>
      <w:r>
        <w:t>Documentation</w:t>
      </w:r>
    </w:p>
    <w:p>
      <w:r>
        <w:rPr>
          <w:sz w:val="22"/>
        </w:rPr>
        <w:t>Documentation provides written information about software.</w:t>
      </w:r>
    </w:p>
    <w:p>
      <w:r>
        <w:rPr>
          <w:sz w:val="22"/>
        </w:rPr>
        <w:t>Documentation Software की लिखित जानकारी प्रदान करती है।</w:t>
      </w:r>
    </w:p>
    <w:p>
      <w:pPr>
        <w:pStyle w:val="Heading2"/>
      </w:pPr>
      <w:r>
        <w:t>Types</w:t>
      </w:r>
    </w:p>
    <w:p>
      <w:r>
        <w:rPr>
          <w:sz w:val="22"/>
        </w:rPr>
        <w:t>User Documentation and Technical Documentation.</w:t>
      </w:r>
    </w:p>
    <w:p>
      <w:pPr>
        <w:pStyle w:val="Heading2"/>
      </w:pPr>
      <w:r>
        <w:t>User Documentation</w:t>
      </w:r>
    </w:p>
    <w:p>
      <w:r>
        <w:rPr>
          <w:sz w:val="22"/>
        </w:rPr>
        <w:t>Prepared for end users.</w:t>
      </w:r>
    </w:p>
    <w:p>
      <w:r>
        <w:rPr>
          <w:sz w:val="22"/>
        </w:rPr>
        <w:t>End users के लिए तैयार की जाती है।</w:t>
      </w:r>
    </w:p>
    <w:p>
      <w:pPr>
        <w:pStyle w:val="Heading2"/>
      </w:pPr>
      <w:r>
        <w:t>Technical Documentation</w:t>
      </w:r>
    </w:p>
    <w:p>
      <w:r>
        <w:rPr>
          <w:sz w:val="22"/>
        </w:rPr>
        <w:t>Prepared for developers.</w:t>
      </w:r>
    </w:p>
    <w:p>
      <w:r>
        <w:rPr>
          <w:sz w:val="22"/>
        </w:rPr>
        <w:t>Developers के लिए तैयार की जाती है।</w:t>
      </w:r>
    </w:p>
    <w:p>
      <w:pPr>
        <w:pStyle w:val="Heading2"/>
      </w:pPr>
      <w:r>
        <w:t>Important Questions</w:t>
      </w:r>
    </w:p>
    <w:p>
      <w:r>
        <w:rPr>
          <w:sz w:val="22"/>
        </w:rPr>
        <w:t>1. What is Documentation?</w:t>
      </w:r>
    </w:p>
    <w:p>
      <w:r>
        <w:rPr>
          <w:sz w:val="22"/>
        </w:rPr>
        <w:t>2. Types of Documentation.</w:t>
      </w:r>
    </w:p>
    <w:p>
      <w:r>
        <w:rPr>
          <w:sz w:val="22"/>
        </w:rPr>
        <w:t>3. User vs Technical Documentation.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